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2E72" w14:textId="77777777" w:rsidR="00F97235" w:rsidRPr="006A1F2A" w:rsidRDefault="00000000" w:rsidP="006A1F2A">
      <w:pPr>
        <w:pStyle w:val="Tytu"/>
      </w:pPr>
      <w:r w:rsidRPr="006A1F2A">
        <w:t>ZGŁOSZENIE UCZESTNIKA NA ZAJĘCIA</w:t>
      </w:r>
    </w:p>
    <w:p w14:paraId="56FEA507" w14:textId="77777777" w:rsidR="00F97235" w:rsidRPr="00D40B95" w:rsidRDefault="00000000">
      <w:pPr>
        <w:spacing w:after="200"/>
      </w:pPr>
      <w:r w:rsidRPr="00D40B95">
        <w:rPr>
          <w:color w:val="666666"/>
          <w:sz w:val="23"/>
        </w:rPr>
        <w:t>Formularz zapisu i dokumentacja zawarcia umowy z Miejskim Ośrodkiem Kultury w Głogowie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74"/>
        <w:gridCol w:w="5443"/>
        <w:gridCol w:w="1247"/>
        <w:gridCol w:w="1247"/>
      </w:tblGrid>
      <w:tr w:rsidR="00F97235" w:rsidRPr="00D40B95" w14:paraId="65E45DC2" w14:textId="77777777">
        <w:tc>
          <w:tcPr>
            <w:tcW w:w="1474" w:type="dxa"/>
            <w:shd w:val="clear" w:color="auto" w:fill="E9EE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0DE0AD" w14:textId="77777777" w:rsidR="00F97235" w:rsidRPr="00D40B95" w:rsidRDefault="00000000">
            <w:r w:rsidRPr="00D40B95">
              <w:rPr>
                <w:b/>
                <w:color w:val="222222"/>
                <w:sz w:val="19"/>
              </w:rPr>
              <w:t>Podmiot</w:t>
            </w:r>
          </w:p>
        </w:tc>
        <w:tc>
          <w:tcPr>
            <w:tcW w:w="544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10C3C" w14:textId="77777777" w:rsidR="00F97235" w:rsidRPr="00D40B95" w:rsidRDefault="00000000">
            <w:r w:rsidRPr="00D40B95">
              <w:rPr>
                <w:color w:val="222222"/>
                <w:sz w:val="19"/>
              </w:rPr>
              <w:t>Miejski Ośrodek Kultury w Głogowie</w:t>
            </w:r>
          </w:p>
        </w:tc>
        <w:tc>
          <w:tcPr>
            <w:tcW w:w="1247" w:type="dxa"/>
            <w:shd w:val="clear" w:color="auto" w:fill="E9EE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EF4D44" w14:textId="77777777" w:rsidR="00F97235" w:rsidRPr="00D40B95" w:rsidRDefault="00000000">
            <w:r w:rsidRPr="00D40B95">
              <w:rPr>
                <w:b/>
                <w:color w:val="222222"/>
                <w:sz w:val="19"/>
              </w:rPr>
              <w:t>Wersja</w:t>
            </w:r>
          </w:p>
        </w:tc>
        <w:tc>
          <w:tcPr>
            <w:tcW w:w="124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73F0A8" w14:textId="77777777" w:rsidR="00F97235" w:rsidRPr="00D40B95" w:rsidRDefault="00000000">
            <w:r w:rsidRPr="00D40B95">
              <w:rPr>
                <w:color w:val="222222"/>
                <w:sz w:val="19"/>
              </w:rPr>
              <w:t>1.0</w:t>
            </w:r>
          </w:p>
        </w:tc>
      </w:tr>
    </w:tbl>
    <w:p w14:paraId="04EDB791" w14:textId="77777777" w:rsidR="00F97235" w:rsidRPr="00D40B95" w:rsidRDefault="00F97235"/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F97235" w:rsidRPr="00D40B95" w14:paraId="7C041F30" w14:textId="77777777">
        <w:tc>
          <w:tcPr>
            <w:tcW w:w="9638" w:type="dxa"/>
            <w:shd w:val="clear" w:color="auto" w:fill="E9EEF4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EA7F238" w14:textId="77777777" w:rsidR="00F97235" w:rsidRPr="00D40B95" w:rsidRDefault="00000000">
            <w:r w:rsidRPr="00D40B95">
              <w:rPr>
                <w:b/>
                <w:color w:val="17365D"/>
                <w:sz w:val="21"/>
              </w:rPr>
              <w:t>Ważne</w:t>
            </w:r>
            <w:r w:rsidRPr="00D40B95">
              <w:rPr>
                <w:b/>
                <w:color w:val="17365D"/>
                <w:sz w:val="21"/>
              </w:rPr>
              <w:br/>
            </w:r>
            <w:r w:rsidRPr="00D40B95">
              <w:rPr>
                <w:color w:val="222222"/>
                <w:sz w:val="20"/>
              </w:rPr>
              <w:t>Złożenie formularza jest zgłoszeniem chęci zawarcia umowy. Umowa zostaje zawarta dopiero z chwilą potwierdzenia przez MOK przyjęcia Uczestnika na Zajęcia. Wpis na listę rezerwową nie oznacza zawarcia umowy.</w:t>
            </w:r>
          </w:p>
        </w:tc>
      </w:tr>
    </w:tbl>
    <w:p w14:paraId="452D7444" w14:textId="77777777" w:rsidR="00F97235" w:rsidRPr="00D40B95" w:rsidRDefault="00F97235"/>
    <w:p w14:paraId="7BD22A0B" w14:textId="77777777" w:rsidR="00F97235" w:rsidRPr="00D40B95" w:rsidRDefault="00000000" w:rsidP="00D40B95">
      <w:pPr>
        <w:pStyle w:val="Nagwek1"/>
      </w:pPr>
      <w:r w:rsidRPr="00D40B95">
        <w:t>A. Zajęcia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F97235" w:rsidRPr="00D40B95" w14:paraId="1058AFE5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8A3E3ED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Nazwa zajęć / sekcji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26BE5B8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2FC6294B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56094D2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Grupa / poziom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53A11B5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793603DE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02AE23C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Miejsce prowadzenia zajęć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835F648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516E3285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83F4214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Rok artystyczny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DD6B86F" w14:textId="77777777" w:rsidR="00F97235" w:rsidRPr="00D40B95" w:rsidRDefault="00000000">
            <w:r w:rsidRPr="00D40B95">
              <w:rPr>
                <w:color w:val="222222"/>
                <w:sz w:val="20"/>
              </w:rPr>
              <w:t>20........ / 20........</w:t>
            </w:r>
          </w:p>
        </w:tc>
      </w:tr>
      <w:tr w:rsidR="00F97235" w:rsidRPr="00D40B95" w14:paraId="2CDB0561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B94FB00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Planowana data rozpoczęcia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D6DEAF1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 / .............. / 20........</w:t>
            </w:r>
          </w:p>
        </w:tc>
      </w:tr>
    </w:tbl>
    <w:p w14:paraId="696A2E61" w14:textId="77777777" w:rsidR="00F97235" w:rsidRPr="00D40B95" w:rsidRDefault="00F97235"/>
    <w:p w14:paraId="29823EC5" w14:textId="77777777" w:rsidR="00F97235" w:rsidRPr="00D40B95" w:rsidRDefault="00000000">
      <w:pPr>
        <w:pStyle w:val="Nagwek1"/>
      </w:pPr>
      <w:r w:rsidRPr="00D40B95">
        <w:t>B. Dane Uczestnika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F97235" w:rsidRPr="00D40B95" w14:paraId="5FBCEEFB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4AEC4E4" w14:textId="77777777" w:rsidR="00F97235" w:rsidRPr="00D40B95" w:rsidRDefault="00000000">
            <w:r w:rsidRPr="00D40B95">
              <w:rPr>
                <w:b/>
                <w:color w:val="222222"/>
                <w:sz w:val="19"/>
              </w:rPr>
              <w:t>Imię i nazwisko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FC41095" w14:textId="77777777" w:rsidR="00F97235" w:rsidRPr="00D40B95" w:rsidRDefault="00000000">
            <w:r w:rsidRPr="00D40B95">
              <w:rPr>
                <w:color w:val="222222"/>
                <w:sz w:val="19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3B1148F7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E28FEA1" w14:textId="77777777" w:rsidR="00F97235" w:rsidRPr="00D40B95" w:rsidRDefault="00000000">
            <w:r w:rsidRPr="00D40B95">
              <w:rPr>
                <w:b/>
                <w:color w:val="222222"/>
                <w:sz w:val="19"/>
              </w:rPr>
              <w:t>Data urodzenia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5BD5276" w14:textId="77777777" w:rsidR="00F97235" w:rsidRPr="00D40B95" w:rsidRDefault="00000000">
            <w:r w:rsidRPr="00D40B95">
              <w:rPr>
                <w:color w:val="222222"/>
                <w:sz w:val="19"/>
              </w:rPr>
              <w:t>.............. / .............. / 20........</w:t>
            </w:r>
          </w:p>
        </w:tc>
      </w:tr>
      <w:tr w:rsidR="00F97235" w:rsidRPr="00D40B95" w14:paraId="008F86C8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1290C3E" w14:textId="77777777" w:rsidR="00F97235" w:rsidRPr="00D40B95" w:rsidRDefault="00000000">
            <w:r w:rsidRPr="00D40B95">
              <w:rPr>
                <w:b/>
                <w:color w:val="222222"/>
                <w:sz w:val="19"/>
              </w:rPr>
              <w:t>Status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EC75834" w14:textId="77777777" w:rsidR="00F97235" w:rsidRPr="00D40B95" w:rsidRDefault="00000000">
            <w:r w:rsidRPr="00D40B95">
              <w:rPr>
                <w:color w:val="222222"/>
                <w:sz w:val="19"/>
              </w:rPr>
              <w:t>□ osoba pełnoletnia    □ osoba małoletnia</w:t>
            </w:r>
          </w:p>
        </w:tc>
      </w:tr>
      <w:tr w:rsidR="00F97235" w:rsidRPr="00D40B95" w14:paraId="3736A358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D324980" w14:textId="77777777" w:rsidR="00F97235" w:rsidRPr="00D40B95" w:rsidRDefault="00000000">
            <w:r w:rsidRPr="00D40B95">
              <w:rPr>
                <w:b/>
                <w:color w:val="222222"/>
                <w:sz w:val="19"/>
              </w:rPr>
              <w:t>Telefon Uczestnika*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D3A78BD" w14:textId="77777777" w:rsidR="00F97235" w:rsidRPr="00D40B95" w:rsidRDefault="00000000">
            <w:r w:rsidRPr="00D40B95">
              <w:rPr>
                <w:color w:val="222222"/>
                <w:sz w:val="19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35D90071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6253D66" w14:textId="77777777" w:rsidR="00F97235" w:rsidRPr="00D40B95" w:rsidRDefault="00000000">
            <w:r w:rsidRPr="00D40B95">
              <w:rPr>
                <w:b/>
                <w:color w:val="222222"/>
                <w:sz w:val="19"/>
              </w:rPr>
              <w:t>E-mail Uczestnika*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DB14CB8" w14:textId="77777777" w:rsidR="00F97235" w:rsidRPr="00D40B95" w:rsidRDefault="00000000">
            <w:r w:rsidRPr="00D40B95">
              <w:rPr>
                <w:color w:val="222222"/>
                <w:sz w:val="19"/>
              </w:rPr>
              <w:t>........................................................................................................</w:t>
            </w:r>
          </w:p>
        </w:tc>
      </w:tr>
    </w:tbl>
    <w:p w14:paraId="60F2C178" w14:textId="77777777" w:rsidR="00F97235" w:rsidRPr="00D40B95" w:rsidRDefault="00F97235"/>
    <w:p w14:paraId="5BF5114D" w14:textId="77777777" w:rsidR="00F97235" w:rsidRPr="00D40B95" w:rsidRDefault="00000000">
      <w:pPr>
        <w:pStyle w:val="SmallNote"/>
        <w:rPr>
          <w:rFonts w:cs="Arial"/>
        </w:rPr>
      </w:pPr>
      <w:r w:rsidRPr="00D40B95">
        <w:rPr>
          <w:rFonts w:cs="Arial"/>
        </w:rPr>
        <w:t>* Pola kontaktowe Uczestnika wypełnia się przede wszystkim w przypadku osoby pełnoletniej; wobec osoby małoletniej podstawowym kontaktem jest rodzic/opiekun prawny.</w:t>
      </w:r>
    </w:p>
    <w:p w14:paraId="63A5A8B6" w14:textId="77777777" w:rsidR="00F97235" w:rsidRPr="00D40B95" w:rsidRDefault="00000000">
      <w:pPr>
        <w:pStyle w:val="Nagwek1"/>
      </w:pPr>
      <w:r w:rsidRPr="00D40B95">
        <w:t>C. Osoba zawierająca umowę - wypełnić w przypadku Uczestnika małoletniego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F97235" w:rsidRPr="00D40B95" w14:paraId="59138058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54643FA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Imię i nazwisko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3AAC34F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47929DD4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C2F9738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Status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8C924B9" w14:textId="77777777" w:rsidR="00F97235" w:rsidRPr="00D40B95" w:rsidRDefault="00000000">
            <w:r w:rsidRPr="00D40B95">
              <w:rPr>
                <w:color w:val="222222"/>
                <w:sz w:val="20"/>
              </w:rPr>
              <w:t>□ rodzic    □ opiekun prawny</w:t>
            </w:r>
          </w:p>
        </w:tc>
      </w:tr>
      <w:tr w:rsidR="00F97235" w:rsidRPr="00D40B95" w14:paraId="77C555E4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EBDB8F0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Telefon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F6CB0BF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0722C56C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87D091B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E-mail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FD345A0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</w:tbl>
    <w:p w14:paraId="5BFC7FD9" w14:textId="77777777" w:rsidR="00F97235" w:rsidRPr="00D40B95" w:rsidRDefault="00F97235"/>
    <w:p w14:paraId="00C189D8" w14:textId="77777777" w:rsidR="00F97235" w:rsidRPr="00D40B95" w:rsidRDefault="00000000">
      <w:pPr>
        <w:pStyle w:val="Nagwek1"/>
      </w:pPr>
      <w:r w:rsidRPr="00D40B95">
        <w:lastRenderedPageBreak/>
        <w:t>D. Organizacja odbioru małoletniego Uczestnika</w:t>
      </w:r>
    </w:p>
    <w:p w14:paraId="1BD1C710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Uczestnik może samodzielnie opuścić miejsce Zajęć po ich zakończeniu - zgodnie z decyzją rodzica/opiekuna prawnego.</w:t>
      </w:r>
    </w:p>
    <w:p w14:paraId="59CE6F01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Uczestnik będzie odbierany przez rodzica/opiekuna prawnego lub osobę wskazaną w odrębnym upoważnieniu do odbioru.</w:t>
      </w:r>
    </w:p>
    <w:p w14:paraId="3FAB8EF3" w14:textId="46A07D20" w:rsidR="00F97235" w:rsidRPr="00D40B95" w:rsidRDefault="00000000" w:rsidP="00D40B95">
      <w:pPr>
        <w:spacing w:after="40"/>
      </w:pPr>
      <w:r w:rsidRPr="00D40B95">
        <w:rPr>
          <w:color w:val="222222"/>
          <w:sz w:val="21"/>
        </w:rPr>
        <w:t>□  Nie dotyczy - Uczestnik pełnoletni / charakter Zajęć nie wymaga ustalania sposobu odbioru.</w:t>
      </w:r>
    </w:p>
    <w:p w14:paraId="3397D087" w14:textId="77777777" w:rsidR="00F97235" w:rsidRPr="00D40B95" w:rsidRDefault="00000000">
      <w:pPr>
        <w:pStyle w:val="Nagwek1"/>
      </w:pPr>
      <w:r w:rsidRPr="00D40B95">
        <w:t>E. Oświadczenia osoby dokonującej Zgłoszenia</w:t>
      </w:r>
    </w:p>
    <w:p w14:paraId="6227931F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Potwierdzam, że przed złożeniem Zgłoszenia otrzymałem/am albo miałem/am możliwość zapisania i odtworzenia Regulaminu uczestnictwa w zajęciach i wydarzeniach MOK w Głogowie, zapoznałem/am się z jego treścią i akceptuję jego postanowienia.</w:t>
      </w:r>
    </w:p>
    <w:p w14:paraId="2344026D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Przyjmuję do wiadomości zasady odpłatności za Zajęcia i zobowiązuję się do terminowego wnoszenia opłat zgodnie z aktualnym Cennikiem lub informacją dotyczącą danych Zajęć.</w:t>
      </w:r>
    </w:p>
    <w:p w14:paraId="031DD43C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Oświadczam, że podane dane są prawdziwe i aktualne oraz zobowiązuję się informować MOK o zmianie danych kontaktowych mających znaczenie dla realizacji umowy lub bezpieczeństwa Uczestnika.</w:t>
      </w:r>
    </w:p>
    <w:p w14:paraId="2A63C3F6" w14:textId="2A2186C1" w:rsidR="00F97235" w:rsidRPr="00D40B95" w:rsidRDefault="00000000">
      <w:pPr>
        <w:spacing w:after="40"/>
      </w:pPr>
      <w:r w:rsidRPr="00D40B95">
        <w:rPr>
          <w:color w:val="222222"/>
          <w:sz w:val="21"/>
        </w:rPr>
        <w:t xml:space="preserve">□  Potwierdzam otrzymanie Klauzuli informacyjnej dotyczącej przetwarzania danych osobowych Uczestników i osób zawierających umowę. </w:t>
      </w:r>
    </w:p>
    <w:p w14:paraId="506176C1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Przyjmuję do wiadomości, że zgoda na utrwalanie i rozpowszechnianie wizerunku - jeżeli jest wymagana - jest odrębnym i dobrowolnym oświadczeniem. Brak takiej zgody nie wpływa na możliwość udziału w Zajęciach.</w:t>
      </w:r>
    </w:p>
    <w:p w14:paraId="4615B868" w14:textId="77777777" w:rsidR="00F97235" w:rsidRPr="00D40B95" w:rsidRDefault="00000000">
      <w:pPr>
        <w:pStyle w:val="SmallNote"/>
        <w:rPr>
          <w:rFonts w:cs="Arial"/>
        </w:rPr>
      </w:pPr>
      <w:r w:rsidRPr="00D40B95">
        <w:rPr>
          <w:rFonts w:cs="Arial"/>
        </w:rPr>
        <w:t>W przypadku Uczestnika małoletniego formularz podpisuje rodzic albo opiekun prawny będący Osobą zawierającą umowę.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F97235" w:rsidRPr="00D40B95" w14:paraId="332D96B9" w14:textId="77777777">
        <w:tc>
          <w:tcPr>
            <w:tcW w:w="4535" w:type="dxa"/>
            <w:tcMar>
              <w:top w:w="200" w:type="dxa"/>
              <w:left w:w="100" w:type="dxa"/>
              <w:bottom w:w="80" w:type="dxa"/>
              <w:right w:w="100" w:type="dxa"/>
            </w:tcMar>
          </w:tcPr>
          <w:p w14:paraId="4A505602" w14:textId="77777777" w:rsidR="00F97235" w:rsidRPr="00D40B95" w:rsidRDefault="00000000">
            <w:pPr>
              <w:jc w:val="center"/>
            </w:pPr>
            <w:r w:rsidRPr="00D40B95">
              <w:rPr>
                <w:color w:val="666666"/>
                <w:sz w:val="19"/>
              </w:rPr>
              <w:br/>
            </w:r>
            <w:r w:rsidRPr="00D40B95">
              <w:rPr>
                <w:color w:val="666666"/>
                <w:sz w:val="19"/>
              </w:rPr>
              <w:br/>
              <w:t>........................................................</w:t>
            </w:r>
            <w:r w:rsidRPr="00D40B95">
              <w:rPr>
                <w:color w:val="666666"/>
                <w:sz w:val="19"/>
              </w:rPr>
              <w:br/>
              <w:t>miejscowość i data</w:t>
            </w:r>
          </w:p>
        </w:tc>
        <w:tc>
          <w:tcPr>
            <w:tcW w:w="4535" w:type="dxa"/>
            <w:tcMar>
              <w:top w:w="200" w:type="dxa"/>
              <w:left w:w="100" w:type="dxa"/>
              <w:bottom w:w="80" w:type="dxa"/>
              <w:right w:w="100" w:type="dxa"/>
            </w:tcMar>
          </w:tcPr>
          <w:p w14:paraId="0700579B" w14:textId="77777777" w:rsidR="00F97235" w:rsidRPr="00D40B95" w:rsidRDefault="00000000">
            <w:pPr>
              <w:jc w:val="center"/>
            </w:pPr>
            <w:r w:rsidRPr="00D40B95">
              <w:rPr>
                <w:color w:val="666666"/>
                <w:sz w:val="19"/>
              </w:rPr>
              <w:br/>
            </w:r>
            <w:r w:rsidRPr="00D40B95">
              <w:rPr>
                <w:color w:val="666666"/>
                <w:sz w:val="19"/>
              </w:rPr>
              <w:br/>
              <w:t>........................................................</w:t>
            </w:r>
            <w:r w:rsidRPr="00D40B95">
              <w:rPr>
                <w:color w:val="666666"/>
                <w:sz w:val="19"/>
              </w:rPr>
              <w:br/>
              <w:t>czytelny podpis Osoby zawierającej umowę / pełnoletniego Uczestnika</w:t>
            </w:r>
          </w:p>
        </w:tc>
      </w:tr>
    </w:tbl>
    <w:p w14:paraId="76FC00A2" w14:textId="77777777" w:rsidR="00F97235" w:rsidRPr="00D40B95" w:rsidRDefault="00F97235"/>
    <w:p w14:paraId="3CB1475B" w14:textId="77777777" w:rsidR="00F97235" w:rsidRPr="00D40B95" w:rsidRDefault="00000000">
      <w:r w:rsidRPr="00D40B95">
        <w:br w:type="page"/>
      </w:r>
    </w:p>
    <w:p w14:paraId="780B3550" w14:textId="77777777" w:rsidR="00F97235" w:rsidRPr="00D40B95" w:rsidRDefault="00000000">
      <w:pPr>
        <w:pStyle w:val="Nagwek1"/>
      </w:pPr>
      <w:r w:rsidRPr="00D40B95">
        <w:lastRenderedPageBreak/>
        <w:t>F. Potwierdzenie MOK - wypełnia pracownik</w:t>
      </w:r>
    </w:p>
    <w:p w14:paraId="6109344C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Uczestnik przyjęty na Zajęcia - umowa zawarta z chwilą niniejszego potwierdzenia.</w:t>
      </w:r>
    </w:p>
    <w:p w14:paraId="392839BA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Uczestnik wpisany na listę rezerwową - umowa nie została zawarta.</w:t>
      </w:r>
    </w:p>
    <w:p w14:paraId="573B608C" w14:textId="77777777" w:rsidR="00F97235" w:rsidRPr="00D40B95" w:rsidRDefault="00000000">
      <w:pPr>
        <w:spacing w:after="40"/>
      </w:pPr>
      <w:r w:rsidRPr="00D40B95">
        <w:rPr>
          <w:color w:val="222222"/>
          <w:sz w:val="21"/>
        </w:rPr>
        <w:t>□  Zgłoszenie nieprzyjęte - przyczyna organizacyjna: ....................................................................................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F97235" w:rsidRPr="00D40B95" w14:paraId="02FD7625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BF3BBBF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Data i godzina potwierdzenia przyjęcia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0763C8A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 / .............. / 20........, godz. ..............</w:t>
            </w:r>
          </w:p>
        </w:tc>
      </w:tr>
      <w:tr w:rsidR="00F97235" w:rsidRPr="00D40B95" w14:paraId="7F2AC4D1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0AA0E3B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Grupa / termin zajęć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6F0CE65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F97235" w:rsidRPr="00D40B95" w14:paraId="510B2305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6CD74BF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Wersja Regulaminu udostępniona przy zapisie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3048FBD" w14:textId="77777777" w:rsidR="00F97235" w:rsidRPr="00D40B95" w:rsidRDefault="00000000">
            <w:r w:rsidRPr="00D40B95">
              <w:rPr>
                <w:color w:val="222222"/>
                <w:sz w:val="20"/>
              </w:rPr>
              <w:t>v2.0, obowiązująca od ........................................................</w:t>
            </w:r>
          </w:p>
        </w:tc>
      </w:tr>
      <w:tr w:rsidR="00F97235" w:rsidRPr="00D40B95" w14:paraId="2D8392A2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34B5D18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Sposób potwierdzenia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D3F393C" w14:textId="77777777" w:rsidR="00F97235" w:rsidRPr="00D40B95" w:rsidRDefault="00000000">
            <w:r w:rsidRPr="00D40B95">
              <w:rPr>
                <w:color w:val="222222"/>
                <w:sz w:val="20"/>
              </w:rPr>
              <w:t>□ osobiście    □ e-mail    □ system elektroniczny    □ inny: ............................</w:t>
            </w:r>
          </w:p>
        </w:tc>
      </w:tr>
      <w:tr w:rsidR="00F97235" w:rsidRPr="00D40B95" w14:paraId="0416CCE6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B9D109E" w14:textId="77777777" w:rsidR="00F97235" w:rsidRPr="00D40B95" w:rsidRDefault="00000000">
            <w:r w:rsidRPr="00D40B95">
              <w:rPr>
                <w:b/>
                <w:color w:val="222222"/>
                <w:sz w:val="20"/>
              </w:rPr>
              <w:t>Pracownik MOK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39346FA" w14:textId="77777777" w:rsidR="00F97235" w:rsidRPr="00D40B95" w:rsidRDefault="00000000">
            <w:r w:rsidRPr="00D40B95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</w:tbl>
    <w:p w14:paraId="79BF527E" w14:textId="77777777" w:rsidR="00F97235" w:rsidRPr="00D40B95" w:rsidRDefault="00F9723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4"/>
      </w:tblGrid>
      <w:tr w:rsidR="00F97235" w:rsidRPr="00D40B95" w14:paraId="33818381" w14:textId="77777777">
        <w:tc>
          <w:tcPr>
            <w:tcW w:w="9184" w:type="dxa"/>
            <w:tcMar>
              <w:top w:w="200" w:type="dxa"/>
              <w:left w:w="100" w:type="dxa"/>
              <w:bottom w:w="80" w:type="dxa"/>
              <w:right w:w="100" w:type="dxa"/>
            </w:tcMar>
          </w:tcPr>
          <w:p w14:paraId="3BCC9BCB" w14:textId="77777777" w:rsidR="00F97235" w:rsidRPr="00D40B95" w:rsidRDefault="00000000">
            <w:pPr>
              <w:jc w:val="center"/>
            </w:pPr>
            <w:r w:rsidRPr="00D40B95">
              <w:rPr>
                <w:color w:val="666666"/>
                <w:sz w:val="19"/>
              </w:rPr>
              <w:br/>
            </w:r>
            <w:r w:rsidRPr="00D40B95">
              <w:rPr>
                <w:color w:val="666666"/>
                <w:sz w:val="19"/>
              </w:rPr>
              <w:br/>
              <w:t>........................................................</w:t>
            </w:r>
            <w:r w:rsidRPr="00D40B95">
              <w:rPr>
                <w:color w:val="666666"/>
                <w:sz w:val="19"/>
              </w:rPr>
              <w:br/>
              <w:t>data i podpis pracownika MOK</w:t>
            </w:r>
          </w:p>
        </w:tc>
      </w:tr>
    </w:tbl>
    <w:p w14:paraId="0A9EADA7" w14:textId="77777777" w:rsidR="00F97235" w:rsidRPr="00D40B95" w:rsidRDefault="00F97235"/>
    <w:sectPr w:rsidR="00F97235" w:rsidRPr="00D40B95" w:rsidSect="00034616">
      <w:footerReference w:type="default" r:id="rId8"/>
      <w:pgSz w:w="11906" w:h="16838"/>
      <w:pgMar w:top="1077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616C6" w14:textId="77777777" w:rsidR="00CE77AE" w:rsidRDefault="00CE77AE">
      <w:r>
        <w:separator/>
      </w:r>
    </w:p>
  </w:endnote>
  <w:endnote w:type="continuationSeparator" w:id="0">
    <w:p w14:paraId="4CD2D896" w14:textId="77777777" w:rsidR="00CE77AE" w:rsidRDefault="00CE7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52ABF" w14:textId="7EE8DE2E" w:rsidR="00F97235" w:rsidRDefault="00000000" w:rsidP="00D40B95">
    <w:pPr>
      <w:pStyle w:val="Stopka"/>
      <w:jc w:val="right"/>
    </w:pPr>
    <w:r>
      <w:rPr>
        <w:color w:val="666666"/>
        <w:sz w:val="16"/>
      </w:rPr>
      <w:t xml:space="preserve"> strona </w:t>
    </w:r>
    <w:r>
      <w:fldChar w:fldCharType="begin"/>
    </w:r>
    <w:r>
      <w:instrText>PAGE</w:instrText>
    </w:r>
    <w:r w:rsidR="00D40B95">
      <w:fldChar w:fldCharType="separate"/>
    </w:r>
    <w:r w:rsidR="00D40B95">
      <w:rPr>
        <w:noProof/>
      </w:rPr>
      <w:t>1</w:t>
    </w:r>
    <w:r>
      <w:fldChar w:fldCharType="end"/>
    </w:r>
    <w:r>
      <w:rPr>
        <w:color w:val="666666"/>
        <w:sz w:val="16"/>
      </w:rPr>
      <w:t xml:space="preserve"> z </w:t>
    </w:r>
    <w:r>
      <w:fldChar w:fldCharType="begin"/>
    </w:r>
    <w:r>
      <w:instrText>NUMPAGES</w:instrText>
    </w:r>
    <w:r w:rsidR="00D40B95">
      <w:fldChar w:fldCharType="separate"/>
    </w:r>
    <w:r w:rsidR="00D40B9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1181E" w14:textId="77777777" w:rsidR="00CE77AE" w:rsidRDefault="00CE77AE">
      <w:r>
        <w:separator/>
      </w:r>
    </w:p>
  </w:footnote>
  <w:footnote w:type="continuationSeparator" w:id="0">
    <w:p w14:paraId="2D11B1E5" w14:textId="77777777" w:rsidR="00CE77AE" w:rsidRDefault="00CE7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D51CB"/>
    <w:multiLevelType w:val="multilevel"/>
    <w:tmpl w:val="2E84FDF6"/>
    <w:lvl w:ilvl="0">
      <w:start w:val="1"/>
      <w:numFmt w:val="decimal"/>
      <w:pStyle w:val="tekest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2954007"/>
    <w:multiLevelType w:val="multilevel"/>
    <w:tmpl w:val="492C6E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67044521">
    <w:abstractNumId w:val="8"/>
  </w:num>
  <w:num w:numId="2" w16cid:durableId="1502238063">
    <w:abstractNumId w:val="6"/>
  </w:num>
  <w:num w:numId="3" w16cid:durableId="1110272307">
    <w:abstractNumId w:val="5"/>
  </w:num>
  <w:num w:numId="4" w16cid:durableId="1960716726">
    <w:abstractNumId w:val="4"/>
  </w:num>
  <w:num w:numId="5" w16cid:durableId="1862933845">
    <w:abstractNumId w:val="7"/>
  </w:num>
  <w:num w:numId="6" w16cid:durableId="125514620">
    <w:abstractNumId w:val="3"/>
  </w:num>
  <w:num w:numId="7" w16cid:durableId="309605057">
    <w:abstractNumId w:val="2"/>
  </w:num>
  <w:num w:numId="8" w16cid:durableId="668363842">
    <w:abstractNumId w:val="1"/>
  </w:num>
  <w:num w:numId="9" w16cid:durableId="1295984196">
    <w:abstractNumId w:val="0"/>
  </w:num>
  <w:num w:numId="10" w16cid:durableId="1274437007">
    <w:abstractNumId w:val="10"/>
  </w:num>
  <w:num w:numId="11" w16cid:durableId="2014448938">
    <w:abstractNumId w:val="10"/>
  </w:num>
  <w:num w:numId="12" w16cid:durableId="948048281">
    <w:abstractNumId w:val="10"/>
  </w:num>
  <w:num w:numId="13" w16cid:durableId="1303921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4DCB"/>
    <w:rsid w:val="00326F90"/>
    <w:rsid w:val="00587E4F"/>
    <w:rsid w:val="006A1F2A"/>
    <w:rsid w:val="009719B1"/>
    <w:rsid w:val="00AA1D8D"/>
    <w:rsid w:val="00B47730"/>
    <w:rsid w:val="00CB0664"/>
    <w:rsid w:val="00CE77AE"/>
    <w:rsid w:val="00D40B95"/>
    <w:rsid w:val="00F972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9C484"/>
  <w14:defaultImageDpi w14:val="300"/>
  <w15:docId w15:val="{C41BB95D-E515-472C-94A5-11DE520D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B95"/>
    <w:pPr>
      <w:suppressAutoHyphens/>
      <w:spacing w:after="0" w:line="240" w:lineRule="auto"/>
    </w:pPr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0B95"/>
    <w:pPr>
      <w:keepNext/>
      <w:keepLines/>
      <w:pBdr>
        <w:bottom w:val="single" w:sz="4" w:space="1" w:color="auto"/>
      </w:pBdr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0B95"/>
    <w:pPr>
      <w:keepNext/>
      <w:keepLines/>
      <w:numPr>
        <w:ilvl w:val="1"/>
        <w:numId w:val="12"/>
      </w:numPr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40B95"/>
    <w:pPr>
      <w:keepNext/>
      <w:keepLines/>
      <w:numPr>
        <w:ilvl w:val="2"/>
        <w:numId w:val="12"/>
      </w:numPr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0B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0B9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0B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0B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0B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0B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  <w:rsid w:val="00D40B95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D40B95"/>
  </w:style>
  <w:style w:type="paragraph" w:styleId="Nagwek">
    <w:name w:val="header"/>
    <w:basedOn w:val="Normalny"/>
    <w:link w:val="NagwekZnak"/>
    <w:uiPriority w:val="99"/>
    <w:unhideWhenUsed/>
    <w:rsid w:val="00D40B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0B95"/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D40B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0B95"/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D40B95"/>
    <w:rPr>
      <w:rFonts w:ascii="Arial" w:eastAsiaTheme="majorEastAsia" w:hAnsi="Arial" w:cstheme="majorBidi"/>
      <w:kern w:val="2"/>
      <w:sz w:val="40"/>
      <w:szCs w:val="40"/>
      <w:lang w:val="pl-PL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D40B95"/>
    <w:rPr>
      <w:rFonts w:ascii="Arial" w:eastAsiaTheme="majorEastAsia" w:hAnsi="Arial" w:cstheme="majorBidi"/>
      <w:kern w:val="2"/>
      <w:sz w:val="32"/>
      <w:szCs w:val="32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D40B95"/>
    <w:rPr>
      <w:rFonts w:ascii="Arial" w:eastAsiaTheme="majorEastAsia" w:hAnsi="Arial" w:cstheme="majorBidi"/>
      <w:kern w:val="2"/>
      <w:sz w:val="28"/>
      <w:szCs w:val="28"/>
      <w:lang w:val="pl-PL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6A1F2A"/>
    <w:pPr>
      <w:spacing w:after="80"/>
      <w:contextualSpacing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1F2A"/>
    <w:rPr>
      <w:rFonts w:ascii="Arial" w:eastAsiaTheme="majorEastAsia" w:hAnsi="Arial" w:cstheme="majorBidi"/>
      <w:b/>
      <w:spacing w:val="-10"/>
      <w:kern w:val="28"/>
      <w:sz w:val="44"/>
      <w:szCs w:val="56"/>
      <w:lang w:val="pl-PL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0B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0B95"/>
    <w:rPr>
      <w:rFonts w:ascii="Arial" w:eastAsiaTheme="majorEastAsia" w:hAnsi="Arial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paragraph" w:styleId="Akapitzlist">
    <w:name w:val="List Paragraph"/>
    <w:basedOn w:val="Normalny"/>
    <w:uiPriority w:val="34"/>
    <w:qFormat/>
    <w:rsid w:val="00D40B9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D40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0B95"/>
    <w:rPr>
      <w:rFonts w:ascii="Arial" w:eastAsiaTheme="minorHAnsi" w:hAnsi="Arial" w:cs="Arial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0B95"/>
    <w:rPr>
      <w:rFonts w:ascii="Arial" w:eastAsiaTheme="majorEastAsia" w:hAnsi="Arial" w:cstheme="majorBidi"/>
      <w:i/>
      <w:iCs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0B95"/>
    <w:rPr>
      <w:rFonts w:ascii="Arial" w:eastAsiaTheme="majorEastAsia" w:hAnsi="Arial" w:cstheme="majorBidi"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0B95"/>
    <w:rPr>
      <w:rFonts w:ascii="Arial" w:eastAsiaTheme="majorEastAsia" w:hAnsi="Arial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0B95"/>
    <w:rPr>
      <w:rFonts w:ascii="Arial" w:eastAsiaTheme="majorEastAsia" w:hAnsi="Arial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0B95"/>
    <w:rPr>
      <w:rFonts w:ascii="Arial" w:eastAsiaTheme="majorEastAsia" w:hAnsi="Arial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0B95"/>
    <w:rPr>
      <w:rFonts w:ascii="Arial" w:eastAsiaTheme="majorEastAsia" w:hAnsi="Arial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0B9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0B95"/>
    <w:rPr>
      <w:rFonts w:ascii="Arial" w:eastAsiaTheme="minorHAnsi" w:hAnsi="Arial" w:cs="Arial"/>
      <w:i/>
      <w:iCs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D40B95"/>
    <w:rPr>
      <w:i/>
      <w:iCs/>
      <w:color w:val="365F91" w:themeColor="accent1" w:themeShade="BF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D40B95"/>
    <w:rPr>
      <w:b/>
      <w:bCs/>
      <w:smallCaps/>
      <w:color w:val="365F91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color w:val="666666"/>
      <w:sz w:val="18"/>
    </w:rPr>
  </w:style>
  <w:style w:type="paragraph" w:customStyle="1" w:styleId="tekest">
    <w:name w:val="tekest"/>
    <w:basedOn w:val="Normalny"/>
    <w:link w:val="tekestZnak"/>
    <w:qFormat/>
    <w:rsid w:val="00D40B95"/>
    <w:pPr>
      <w:numPr>
        <w:numId w:val="13"/>
      </w:numPr>
      <w:spacing w:line="276" w:lineRule="auto"/>
      <w:contextualSpacing/>
      <w:jc w:val="both"/>
    </w:pPr>
    <w:rPr>
      <w:rFonts w:ascii="Cambria" w:eastAsiaTheme="minorEastAsia" w:hAnsi="Cambria" w:cstheme="minorHAnsi"/>
    </w:rPr>
  </w:style>
  <w:style w:type="character" w:customStyle="1" w:styleId="tekestZnak">
    <w:name w:val="tekest Znak"/>
    <w:basedOn w:val="Domylnaczcionkaakapitu"/>
    <w:link w:val="tekest"/>
    <w:qFormat/>
    <w:rsid w:val="00D40B95"/>
    <w:rPr>
      <w:rFonts w:ascii="Cambria" w:hAnsi="Cambria" w:cstheme="minorHAnsi"/>
      <w:kern w:val="2"/>
      <w:sz w:val="24"/>
      <w:szCs w:val="24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Wadas</cp:lastModifiedBy>
  <cp:revision>2</cp:revision>
  <dcterms:created xsi:type="dcterms:W3CDTF">2026-08-31T12:46:00Z</dcterms:created>
  <dcterms:modified xsi:type="dcterms:W3CDTF">2026-08-31T12:46:00Z</dcterms:modified>
  <cp:category/>
</cp:coreProperties>
</file>