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55FA8" w14:textId="77777777" w:rsidR="008E2B5C" w:rsidRPr="005E6D04" w:rsidRDefault="00000000" w:rsidP="005E6D04">
      <w:pPr>
        <w:pStyle w:val="Tytu"/>
      </w:pPr>
      <w:r w:rsidRPr="005E6D04">
        <w:t>OŚWIADCZENIE DOTYCZĄCE WIZERUNKU</w:t>
      </w:r>
    </w:p>
    <w:p w14:paraId="16B370FF" w14:textId="51C963FA" w:rsidR="008E2B5C" w:rsidRPr="005E6D04" w:rsidRDefault="003E5743">
      <w:pPr>
        <w:spacing w:after="200"/>
      </w:pPr>
      <w:r>
        <w:rPr>
          <w:color w:val="666666"/>
          <w:sz w:val="23"/>
        </w:rPr>
        <w:t>Z</w:t>
      </w:r>
      <w:r w:rsidR="00000000" w:rsidRPr="005E6D04">
        <w:rPr>
          <w:color w:val="666666"/>
          <w:sz w:val="23"/>
        </w:rPr>
        <w:t>ezwolenie na rozpowszechnianie wizerunku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74"/>
        <w:gridCol w:w="5443"/>
        <w:gridCol w:w="1247"/>
        <w:gridCol w:w="1247"/>
      </w:tblGrid>
      <w:tr w:rsidR="008E2B5C" w:rsidRPr="005E6D04" w14:paraId="190C0169" w14:textId="77777777">
        <w:tc>
          <w:tcPr>
            <w:tcW w:w="1474" w:type="dxa"/>
            <w:shd w:val="clear" w:color="auto" w:fill="E9EE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02AC9E" w14:textId="77777777" w:rsidR="008E2B5C" w:rsidRPr="005E6D04" w:rsidRDefault="00000000">
            <w:r w:rsidRPr="005E6D04">
              <w:rPr>
                <w:b/>
                <w:color w:val="222222"/>
                <w:sz w:val="19"/>
              </w:rPr>
              <w:t>Podmiot</w:t>
            </w:r>
          </w:p>
        </w:tc>
        <w:tc>
          <w:tcPr>
            <w:tcW w:w="544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A51C43" w14:textId="77777777" w:rsidR="008E2B5C" w:rsidRPr="005E6D04" w:rsidRDefault="00000000">
            <w:r w:rsidRPr="005E6D04">
              <w:rPr>
                <w:color w:val="222222"/>
                <w:sz w:val="19"/>
              </w:rPr>
              <w:t>Miejski Ośrodek Kultury w Głogowie</w:t>
            </w:r>
          </w:p>
        </w:tc>
        <w:tc>
          <w:tcPr>
            <w:tcW w:w="1247" w:type="dxa"/>
            <w:shd w:val="clear" w:color="auto" w:fill="E9EE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3A21B6" w14:textId="77777777" w:rsidR="008E2B5C" w:rsidRPr="005E6D04" w:rsidRDefault="00000000">
            <w:r w:rsidRPr="005E6D04">
              <w:rPr>
                <w:b/>
                <w:color w:val="222222"/>
                <w:sz w:val="19"/>
              </w:rPr>
              <w:t>Wersja</w:t>
            </w:r>
          </w:p>
        </w:tc>
        <w:tc>
          <w:tcPr>
            <w:tcW w:w="124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2C281E" w14:textId="77777777" w:rsidR="008E2B5C" w:rsidRPr="005E6D04" w:rsidRDefault="00000000">
            <w:r w:rsidRPr="005E6D04">
              <w:rPr>
                <w:color w:val="222222"/>
                <w:sz w:val="19"/>
              </w:rPr>
              <w:t>1.0</w:t>
            </w:r>
          </w:p>
        </w:tc>
      </w:tr>
    </w:tbl>
    <w:p w14:paraId="7C9ECBF1" w14:textId="77777777" w:rsidR="008E2B5C" w:rsidRPr="005E6D04" w:rsidRDefault="008E2B5C"/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8E2B5C" w:rsidRPr="005E6D04" w14:paraId="50BBDFC6" w14:textId="77777777">
        <w:tc>
          <w:tcPr>
            <w:tcW w:w="9638" w:type="dxa"/>
            <w:shd w:val="clear" w:color="auto" w:fill="E9EEF4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302E298" w14:textId="4B82AA93" w:rsidR="008E2B5C" w:rsidRPr="005E6D04" w:rsidRDefault="00000000">
            <w:r w:rsidRPr="005E6D04">
              <w:rPr>
                <w:b/>
                <w:color w:val="17365D"/>
                <w:sz w:val="21"/>
              </w:rPr>
              <w:t>Dobrowolność</w:t>
            </w:r>
            <w:r w:rsidRPr="005E6D04">
              <w:rPr>
                <w:b/>
                <w:color w:val="17365D"/>
                <w:sz w:val="21"/>
              </w:rPr>
              <w:br/>
            </w:r>
            <w:r w:rsidRPr="005E6D04">
              <w:rPr>
                <w:color w:val="222222"/>
                <w:sz w:val="20"/>
              </w:rPr>
              <w:t>Podpisanie tego oświadczenia nie jest warunkiem udziału w Zajęciach ani Wydarzeniach MOK. Brak zgody nie skutk</w:t>
            </w:r>
            <w:r w:rsidR="005E6D04">
              <w:rPr>
                <w:color w:val="222222"/>
                <w:sz w:val="20"/>
              </w:rPr>
              <w:t>uje</w:t>
            </w:r>
            <w:r w:rsidRPr="005E6D04">
              <w:rPr>
                <w:color w:val="222222"/>
                <w:sz w:val="20"/>
              </w:rPr>
              <w:t xml:space="preserve"> odmową udziału ani gorszym traktowaniem Uczestnika.</w:t>
            </w:r>
          </w:p>
        </w:tc>
      </w:tr>
    </w:tbl>
    <w:p w14:paraId="404F0CF2" w14:textId="77777777" w:rsidR="008E2B5C" w:rsidRPr="005E6D04" w:rsidRDefault="00000000">
      <w:pPr>
        <w:pStyle w:val="Nagwek1"/>
        <w:rPr>
          <w:rFonts w:cs="Arial"/>
        </w:rPr>
      </w:pPr>
      <w:r w:rsidRPr="005E6D04">
        <w:rPr>
          <w:rFonts w:cs="Arial"/>
        </w:rPr>
        <w:t>A. Osoba, której wizerunek dotyczy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6236"/>
      </w:tblGrid>
      <w:tr w:rsidR="008E2B5C" w:rsidRPr="005E6D04" w14:paraId="06160D6C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3B08824" w14:textId="77777777" w:rsidR="008E2B5C" w:rsidRPr="005E6D04" w:rsidRDefault="00000000">
            <w:r w:rsidRPr="005E6D04">
              <w:rPr>
                <w:b/>
                <w:color w:val="222222"/>
                <w:sz w:val="20"/>
              </w:rPr>
              <w:t>Imię i nazwisko Uczestnika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66399F5" w14:textId="77777777" w:rsidR="008E2B5C" w:rsidRPr="005E6D04" w:rsidRDefault="00000000">
            <w:r w:rsidRPr="005E6D04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  <w:tr w:rsidR="008E2B5C" w:rsidRPr="005E6D04" w14:paraId="600696B7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170D8B4E" w14:textId="77777777" w:rsidR="008E2B5C" w:rsidRPr="005E6D04" w:rsidRDefault="00000000">
            <w:r w:rsidRPr="005E6D04">
              <w:rPr>
                <w:b/>
                <w:color w:val="222222"/>
                <w:sz w:val="20"/>
              </w:rPr>
              <w:t>Status Uczestnika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DA5E31C" w14:textId="77777777" w:rsidR="008E2B5C" w:rsidRPr="005E6D04" w:rsidRDefault="00000000">
            <w:r w:rsidRPr="005E6D04">
              <w:rPr>
                <w:color w:val="222222"/>
                <w:sz w:val="20"/>
              </w:rPr>
              <w:t>□ osoba pełnoletnia    □ osoba małoletnia</w:t>
            </w:r>
          </w:p>
        </w:tc>
      </w:tr>
      <w:tr w:rsidR="008E2B5C" w:rsidRPr="005E6D04" w14:paraId="2C145BEB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7D0D9E5" w14:textId="77777777" w:rsidR="008E2B5C" w:rsidRPr="005E6D04" w:rsidRDefault="00000000">
            <w:r w:rsidRPr="005E6D04">
              <w:rPr>
                <w:b/>
                <w:color w:val="222222"/>
                <w:sz w:val="20"/>
              </w:rPr>
              <w:t>Zajęcia / sekcja / wydarzenie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2442A38" w14:textId="77777777" w:rsidR="008E2B5C" w:rsidRPr="005E6D04" w:rsidRDefault="00000000">
            <w:r w:rsidRPr="005E6D04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  <w:tr w:rsidR="008E2B5C" w:rsidRPr="005E6D04" w14:paraId="552DD261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4171B58" w14:textId="77777777" w:rsidR="008E2B5C" w:rsidRPr="005E6D04" w:rsidRDefault="00000000">
            <w:r w:rsidRPr="005E6D04">
              <w:rPr>
                <w:b/>
                <w:color w:val="222222"/>
                <w:sz w:val="20"/>
              </w:rPr>
              <w:t>Rok artystyczny / data wydarzenia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580B1B2" w14:textId="77777777" w:rsidR="008E2B5C" w:rsidRPr="005E6D04" w:rsidRDefault="00000000">
            <w:r w:rsidRPr="005E6D04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</w:tbl>
    <w:p w14:paraId="6814A5CC" w14:textId="77777777" w:rsidR="008E2B5C" w:rsidRPr="005E6D04" w:rsidRDefault="00000000">
      <w:pPr>
        <w:pStyle w:val="Nagwek1"/>
        <w:rPr>
          <w:rFonts w:cs="Arial"/>
        </w:rPr>
      </w:pPr>
      <w:r w:rsidRPr="005E6D04">
        <w:rPr>
          <w:rFonts w:cs="Arial"/>
        </w:rPr>
        <w:t>B. Osoba składająca oświadczenie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6236"/>
      </w:tblGrid>
      <w:tr w:rsidR="008E2B5C" w:rsidRPr="005E6D04" w14:paraId="24CB93D6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B297213" w14:textId="77777777" w:rsidR="008E2B5C" w:rsidRPr="005E6D04" w:rsidRDefault="00000000">
            <w:r w:rsidRPr="005E6D04">
              <w:rPr>
                <w:b/>
                <w:color w:val="222222"/>
                <w:sz w:val="20"/>
              </w:rPr>
              <w:t>Imię i nazwisko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00A437C" w14:textId="77777777" w:rsidR="008E2B5C" w:rsidRPr="005E6D04" w:rsidRDefault="00000000">
            <w:r w:rsidRPr="005E6D04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  <w:tr w:rsidR="008E2B5C" w:rsidRPr="005E6D04" w14:paraId="65C4520C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0F33D87" w14:textId="77777777" w:rsidR="008E2B5C" w:rsidRPr="005E6D04" w:rsidRDefault="00000000">
            <w:r w:rsidRPr="005E6D04">
              <w:rPr>
                <w:b/>
                <w:color w:val="222222"/>
                <w:sz w:val="20"/>
              </w:rPr>
              <w:t>Działam jako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E8C41C6" w14:textId="77777777" w:rsidR="008E2B5C" w:rsidRPr="005E6D04" w:rsidRDefault="00000000">
            <w:r w:rsidRPr="005E6D04">
              <w:rPr>
                <w:color w:val="222222"/>
                <w:sz w:val="20"/>
              </w:rPr>
              <w:t>□ pełnoletni Uczestnik    □ rodzic    □ opiekun prawny małoletniego Uczestnika</w:t>
            </w:r>
          </w:p>
        </w:tc>
      </w:tr>
      <w:tr w:rsidR="008E2B5C" w:rsidRPr="005E6D04" w14:paraId="7031552C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378C7FC9" w14:textId="77777777" w:rsidR="008E2B5C" w:rsidRPr="005E6D04" w:rsidRDefault="00000000">
            <w:r w:rsidRPr="005E6D04">
              <w:rPr>
                <w:b/>
                <w:color w:val="222222"/>
                <w:sz w:val="20"/>
              </w:rPr>
              <w:t>Telefon / e-mail do kontaktu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40F0B4D" w14:textId="77777777" w:rsidR="008E2B5C" w:rsidRPr="005E6D04" w:rsidRDefault="00000000">
            <w:r w:rsidRPr="005E6D04">
              <w:rPr>
                <w:color w:val="222222"/>
                <w:sz w:val="20"/>
              </w:rPr>
              <w:t>........................................................................................................</w:t>
            </w:r>
          </w:p>
        </w:tc>
      </w:tr>
    </w:tbl>
    <w:p w14:paraId="45AF6A16" w14:textId="77777777" w:rsidR="008E2B5C" w:rsidRPr="005E6D04" w:rsidRDefault="00000000">
      <w:pPr>
        <w:pStyle w:val="Nagwek1"/>
        <w:rPr>
          <w:rFonts w:cs="Arial"/>
        </w:rPr>
      </w:pPr>
      <w:r w:rsidRPr="005E6D04">
        <w:rPr>
          <w:rFonts w:cs="Arial"/>
        </w:rPr>
        <w:t>C. Zakres zezwolenia i zgody</w:t>
      </w:r>
    </w:p>
    <w:p w14:paraId="7585A4C2" w14:textId="77777777" w:rsidR="008E2B5C" w:rsidRPr="005E6D04" w:rsidRDefault="00000000">
      <w:r w:rsidRPr="005E6D04">
        <w:rPr>
          <w:color w:val="222222"/>
          <w:sz w:val="21"/>
        </w:rPr>
        <w:t>Jeżeli zaznaczam „TAK”, zezwalam Miejskiemu Ośrodkowi Kultury w Głogowie - na podstawie art. 81 ustawy o prawie autorskim i prawach pokrewnych - na rozpowszechnianie wizerunku Uczestnika oraz wyrażam zgodę na przetwarzanie tego wizerunku na podstawie art. 6 ust. 1 lit. a RODO, w celu dokumentowania i promocji działalności kulturalnej MOK, informowania o Zajęciach lub Wydarzeniach oraz prezentowania aktywności i osiągnięć Uczestników, wyłącznie w zaznaczonych poniżej kanałach.</w:t>
      </w:r>
    </w:p>
    <w:p w14:paraId="230E8D5B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TAK - udzielam zgody i zezwolenia w zakresie zaznaczonych niżej kanałów.</w:t>
      </w:r>
    </w:p>
    <w:p w14:paraId="00519EAD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NIE - nie udzielam zgody ani zezwolenia na publikację wizerunku jako głównego lub istotnego elementu materiału.</w:t>
      </w:r>
    </w:p>
    <w:p w14:paraId="5640F251" w14:textId="77777777" w:rsidR="008E2B5C" w:rsidRPr="005E6D04" w:rsidRDefault="00000000">
      <w:r w:rsidRPr="005E6D04">
        <w:rPr>
          <w:b/>
          <w:color w:val="222222"/>
          <w:sz w:val="21"/>
        </w:rPr>
        <w:t>Kanały publikacji - zaznaczyć tylko te, na które udzielana jest zgoda:</w:t>
      </w:r>
    </w:p>
    <w:p w14:paraId="149CF25C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oficjalna strona internetowa MOK: www.mok.glogow.pl;</w:t>
      </w:r>
    </w:p>
    <w:p w14:paraId="640A689E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oficjalny profil MOK w serwisie Facebook;</w:t>
      </w:r>
    </w:p>
    <w:p w14:paraId="7E5C7440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oficjalny profil MOK w serwisie Instagram;</w:t>
      </w:r>
    </w:p>
    <w:p w14:paraId="3BE4A8F2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oficjalny kanał MOK w serwisie YouTube;</w:t>
      </w:r>
    </w:p>
    <w:p w14:paraId="4E3222C1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materiały drukowane MOK, w szczególności plakaty, foldery, programy, kroniki i sprawozdania;</w:t>
      </w:r>
    </w:p>
    <w:p w14:paraId="746C33F5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materiały informacyjne przekazywane mediom w związku z konkretnymi Zajęciami lub Wydarzeniem.</w:t>
      </w:r>
    </w:p>
    <w:p w14:paraId="761222C8" w14:textId="77777777" w:rsidR="008E2B5C" w:rsidRPr="005E6D04" w:rsidRDefault="00000000">
      <w:pPr>
        <w:pStyle w:val="Nagwek1"/>
        <w:rPr>
          <w:rFonts w:cs="Arial"/>
        </w:rPr>
      </w:pPr>
      <w:r w:rsidRPr="005E6D04">
        <w:rPr>
          <w:rFonts w:cs="Arial"/>
        </w:rPr>
        <w:t>D. Sposób publikacji i oznaczenia Uczestnika</w:t>
      </w:r>
    </w:p>
    <w:p w14:paraId="30CD3856" w14:textId="77777777" w:rsidR="008E2B5C" w:rsidRPr="005E6D04" w:rsidRDefault="00000000">
      <w:r w:rsidRPr="005E6D04">
        <w:rPr>
          <w:b/>
          <w:color w:val="222222"/>
          <w:sz w:val="21"/>
        </w:rPr>
        <w:t>Publikacja wizerunku może odbywać się:</w:t>
      </w:r>
    </w:p>
    <w:p w14:paraId="4BF70173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bez podawania imienia i nazwiska Uczestnika;</w:t>
      </w:r>
    </w:p>
    <w:p w14:paraId="5DFF7A2F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z podaniem wyłącznie imienia Uczestnika;</w:t>
      </w:r>
    </w:p>
    <w:p w14:paraId="2CFF3C03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lastRenderedPageBreak/>
        <w:t>□  z podaniem imienia i nazwiska Uczestnika - tylko jeżeli jest to rzeczywiście potrzebne dla celu publikacji.</w:t>
      </w:r>
    </w:p>
    <w:p w14:paraId="56ADF7E2" w14:textId="77777777" w:rsidR="008E2B5C" w:rsidRPr="005E6D04" w:rsidRDefault="00000000">
      <w:r w:rsidRPr="005E6D04">
        <w:rPr>
          <w:color w:val="222222"/>
          <w:sz w:val="21"/>
        </w:rPr>
        <w:t>MOK może dokonywać zwykłej obróbki technicznej materiału - w szczególności kadrowania, korekty jasności i dźwięku, montażu materiału filmowego oraz dostosowania formatu - pod warunkiem, że nie narusza to godności Uczestnika, nie przedstawia go w fałszywym lub ośmieszającym kontekście i nie zmienia sensu sytuacji, w której materiał został utrwalony.</w:t>
      </w:r>
    </w:p>
    <w:p w14:paraId="6B0B8D2A" w14:textId="77777777" w:rsidR="008E2B5C" w:rsidRPr="005E6D04" w:rsidRDefault="00000000">
      <w:pPr>
        <w:pStyle w:val="Nagwek1"/>
        <w:rPr>
          <w:rFonts w:cs="Arial"/>
        </w:rPr>
      </w:pPr>
      <w:r w:rsidRPr="005E6D04">
        <w:rPr>
          <w:rFonts w:cs="Arial"/>
        </w:rPr>
        <w:t>E. Czas obowiązywania</w:t>
      </w:r>
    </w:p>
    <w:p w14:paraId="35336BF6" w14:textId="77777777" w:rsidR="008E2B5C" w:rsidRPr="005E6D04" w:rsidRDefault="00000000">
      <w:r w:rsidRPr="005E6D04">
        <w:rPr>
          <w:b/>
          <w:color w:val="222222"/>
          <w:sz w:val="21"/>
        </w:rPr>
        <w:t xml:space="preserve">Zgoda i zezwolenie obowiązują do dnia: </w:t>
      </w:r>
      <w:r w:rsidRPr="005E6D04">
        <w:rPr>
          <w:color w:val="222222"/>
          <w:sz w:val="21"/>
        </w:rPr>
        <w:t>......................................................... Jeżeli nie wpisano daty, dokument obowiązuje przez okres wskazanego roku artystycznego oraz przez 24 miesiące po jego zakończeniu, a w przypadku pojedynczego Wydarzenia - przez 24 miesiące od jego daty, chyba że zgoda zostanie wcześniej wycofana.</w:t>
      </w:r>
    </w:p>
    <w:p w14:paraId="10C17ED5" w14:textId="77777777" w:rsidR="008E2B5C" w:rsidRPr="005E6D04" w:rsidRDefault="00000000">
      <w:pPr>
        <w:pStyle w:val="Nagwek1"/>
        <w:rPr>
          <w:rFonts w:cs="Arial"/>
        </w:rPr>
      </w:pPr>
      <w:r w:rsidRPr="005E6D04">
        <w:rPr>
          <w:rFonts w:cs="Arial"/>
        </w:rPr>
        <w:t>F. Wycofanie zgody</w:t>
      </w:r>
    </w:p>
    <w:p w14:paraId="6A2B6946" w14:textId="77777777" w:rsidR="008E2B5C" w:rsidRPr="005E6D04" w:rsidRDefault="00000000">
      <w:pPr>
        <w:pStyle w:val="Listapunktowana"/>
        <w:spacing w:after="60"/>
      </w:pPr>
      <w:r w:rsidRPr="005E6D04">
        <w:rPr>
          <w:color w:val="222222"/>
          <w:sz w:val="21"/>
        </w:rPr>
        <w:t>Zgodę można wycofać w dowolnym momencie, kontaktując się z MOK: sekretariat@mok.glogow.pl albo pisemnie na adres MOK, rondo Konstytucji 3-go Maja 2, 67-200 Głogów.</w:t>
      </w:r>
    </w:p>
    <w:p w14:paraId="1E728F9A" w14:textId="77777777" w:rsidR="008E2B5C" w:rsidRPr="005E6D04" w:rsidRDefault="00000000">
      <w:pPr>
        <w:pStyle w:val="Listapunktowana"/>
        <w:spacing w:after="60"/>
      </w:pPr>
      <w:r w:rsidRPr="005E6D04">
        <w:rPr>
          <w:color w:val="222222"/>
          <w:sz w:val="21"/>
        </w:rPr>
        <w:t>Wycofanie zgody nie wpływa na zgodność z prawem przetwarzania i publikacji dokonanych przed jej wycofaniem.</w:t>
      </w:r>
    </w:p>
    <w:p w14:paraId="2BFBD360" w14:textId="77777777" w:rsidR="008E2B5C" w:rsidRPr="005E6D04" w:rsidRDefault="00000000">
      <w:pPr>
        <w:pStyle w:val="Listapunktowana"/>
        <w:spacing w:after="60"/>
      </w:pPr>
      <w:r w:rsidRPr="005E6D04">
        <w:rPr>
          <w:color w:val="222222"/>
          <w:sz w:val="21"/>
        </w:rPr>
        <w:t>Po wycofaniu zgody MOK zaprzestanie dalszego wykorzystywania materiału w zakresie pozostającym pod jego kontrolą oraz podejmie odpowiednie działania dotyczące usunięcia publikacji z własnych kanałów, jeżeli dalsze przetwarzanie nie ma innej podstawy prawnej.</w:t>
      </w:r>
    </w:p>
    <w:p w14:paraId="76E8C7D6" w14:textId="77777777" w:rsidR="008E2B5C" w:rsidRPr="005E6D04" w:rsidRDefault="00000000">
      <w:pPr>
        <w:pStyle w:val="Listapunktowana"/>
        <w:spacing w:after="60"/>
      </w:pPr>
      <w:r w:rsidRPr="005E6D04">
        <w:rPr>
          <w:color w:val="222222"/>
          <w:sz w:val="21"/>
        </w:rPr>
        <w:t>W przypadku materiałów już rozpowszechnionych w internecie MOK nie może zagwarantować usunięcia kopii wykonanych wcześniej przez osoby trzecie, ale nie będzie ponownie publikował materiału na podstawie wycofanej zgody.</w:t>
      </w:r>
    </w:p>
    <w:p w14:paraId="5B476543" w14:textId="77777777" w:rsidR="008E2B5C" w:rsidRPr="005E6D04" w:rsidRDefault="00000000">
      <w:pPr>
        <w:pStyle w:val="Nagwek1"/>
        <w:rPr>
          <w:rFonts w:cs="Arial"/>
        </w:rPr>
      </w:pPr>
      <w:r w:rsidRPr="005E6D04">
        <w:rPr>
          <w:rFonts w:cs="Arial"/>
        </w:rPr>
        <w:t>G. Małoletni Uczestnik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8E2B5C" w:rsidRPr="005E6D04" w14:paraId="1396DA7D" w14:textId="77777777">
        <w:tc>
          <w:tcPr>
            <w:tcW w:w="9638" w:type="dxa"/>
            <w:shd w:val="clear" w:color="auto" w:fill="E9EEF4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D049361" w14:textId="67F36B01" w:rsidR="008E2B5C" w:rsidRPr="005E6D04" w:rsidRDefault="00000000">
            <w:r w:rsidRPr="005E6D04">
              <w:rPr>
                <w:b/>
                <w:color w:val="17365D"/>
                <w:sz w:val="21"/>
              </w:rPr>
              <w:t>Zdanie dziecka</w:t>
            </w:r>
            <w:r w:rsidRPr="005E6D04">
              <w:rPr>
                <w:b/>
                <w:color w:val="17365D"/>
                <w:sz w:val="21"/>
              </w:rPr>
              <w:br/>
            </w:r>
            <w:r w:rsidRPr="005E6D04">
              <w:rPr>
                <w:color w:val="222222"/>
                <w:sz w:val="20"/>
              </w:rPr>
              <w:t xml:space="preserve">W przypadku małoletniego MOK uwzględnia jego zdanie odpowiednio do wieku i stopnia dojrzałości. Jeżeli dziecko wyraźnie sprzeciwia się fotografowaniu lub publikacji swojego wizerunku, </w:t>
            </w:r>
            <w:r w:rsidR="005E6D04">
              <w:rPr>
                <w:color w:val="222222"/>
                <w:sz w:val="20"/>
              </w:rPr>
              <w:t>powstrzymamy</w:t>
            </w:r>
            <w:r w:rsidRPr="005E6D04">
              <w:rPr>
                <w:color w:val="222222"/>
                <w:sz w:val="20"/>
              </w:rPr>
              <w:t xml:space="preserve"> się od takiego działania również wtedy, gdy rodzic/opiekun wcześniej podpisał zgodę.</w:t>
            </w:r>
          </w:p>
        </w:tc>
      </w:tr>
    </w:tbl>
    <w:p w14:paraId="1D48B69E" w14:textId="77777777" w:rsidR="008E2B5C" w:rsidRPr="005E6D04" w:rsidRDefault="008E2B5C"/>
    <w:p w14:paraId="099290A3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Małoletni został poinformowany w sposób dostosowany do jego wieku i nie zgłasza sprzeciwu wobec zakresu zaznaczonego powyżej.</w:t>
      </w:r>
    </w:p>
    <w:p w14:paraId="56C36A65" w14:textId="77777777" w:rsidR="008E2B5C" w:rsidRPr="005E6D04" w:rsidRDefault="00000000">
      <w:pPr>
        <w:spacing w:after="40"/>
      </w:pPr>
      <w:r w:rsidRPr="005E6D04">
        <w:rPr>
          <w:color w:val="222222"/>
          <w:sz w:val="21"/>
        </w:rPr>
        <w:t>□  Małoletni sprzeciwia się utrwalaniu lub publikacji swojego wizerunku - MOK nie korzysta z niniejszej zgody.</w:t>
      </w:r>
    </w:p>
    <w:p w14:paraId="21D592D7" w14:textId="77777777" w:rsidR="008E2B5C" w:rsidRPr="005E6D04" w:rsidRDefault="00000000">
      <w:pPr>
        <w:pStyle w:val="Nagwek1"/>
        <w:rPr>
          <w:rFonts w:cs="Arial"/>
        </w:rPr>
      </w:pPr>
      <w:r w:rsidRPr="005E6D04">
        <w:rPr>
          <w:rFonts w:cs="Arial"/>
        </w:rPr>
        <w:t>H. Potwierdzenie</w:t>
      </w:r>
    </w:p>
    <w:p w14:paraId="196EF609" w14:textId="77777777" w:rsidR="008E2B5C" w:rsidRPr="005E6D04" w:rsidRDefault="00000000">
      <w:r w:rsidRPr="005E6D04">
        <w:rPr>
          <w:color w:val="222222"/>
          <w:sz w:val="21"/>
        </w:rPr>
        <w:t>Potwierdzam, że decyzję podejmuję dobrowolnie, rozumiem wskazany cel, zakres, kanały i czas korzystania z wizerunku oraz zostałem/am poinformowany/a o możliwości wycofania zgody. Przyjmuję do wiadomości, że szczegółowe informacje o przetwarzaniu danych osobowych znajdują się w Klauzuli informacyjnej MOK.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8E2B5C" w:rsidRPr="005E6D04" w14:paraId="7ECD50B9" w14:textId="77777777">
        <w:tc>
          <w:tcPr>
            <w:tcW w:w="4535" w:type="dxa"/>
            <w:tcMar>
              <w:top w:w="200" w:type="dxa"/>
              <w:left w:w="100" w:type="dxa"/>
              <w:bottom w:w="80" w:type="dxa"/>
              <w:right w:w="100" w:type="dxa"/>
            </w:tcMar>
          </w:tcPr>
          <w:p w14:paraId="50E16606" w14:textId="77777777" w:rsidR="008E2B5C" w:rsidRPr="005E6D04" w:rsidRDefault="00000000">
            <w:pPr>
              <w:jc w:val="center"/>
            </w:pPr>
            <w:r w:rsidRPr="005E6D04">
              <w:rPr>
                <w:color w:val="666666"/>
                <w:sz w:val="19"/>
              </w:rPr>
              <w:br/>
            </w:r>
            <w:r w:rsidRPr="005E6D04">
              <w:rPr>
                <w:color w:val="666666"/>
                <w:sz w:val="19"/>
              </w:rPr>
              <w:br/>
              <w:t>........................................................</w:t>
            </w:r>
            <w:r w:rsidRPr="005E6D04">
              <w:rPr>
                <w:color w:val="666666"/>
                <w:sz w:val="19"/>
              </w:rPr>
              <w:br/>
              <w:t>miejscowość i data</w:t>
            </w:r>
          </w:p>
        </w:tc>
        <w:tc>
          <w:tcPr>
            <w:tcW w:w="4535" w:type="dxa"/>
            <w:tcMar>
              <w:top w:w="200" w:type="dxa"/>
              <w:left w:w="100" w:type="dxa"/>
              <w:bottom w:w="80" w:type="dxa"/>
              <w:right w:w="100" w:type="dxa"/>
            </w:tcMar>
          </w:tcPr>
          <w:p w14:paraId="7213DB34" w14:textId="77777777" w:rsidR="008E2B5C" w:rsidRPr="005E6D04" w:rsidRDefault="00000000">
            <w:pPr>
              <w:jc w:val="center"/>
            </w:pPr>
            <w:r w:rsidRPr="005E6D04">
              <w:rPr>
                <w:color w:val="666666"/>
                <w:sz w:val="19"/>
              </w:rPr>
              <w:br/>
            </w:r>
            <w:r w:rsidRPr="005E6D04">
              <w:rPr>
                <w:color w:val="666666"/>
                <w:sz w:val="19"/>
              </w:rPr>
              <w:br/>
              <w:t>........................................................</w:t>
            </w:r>
            <w:r w:rsidRPr="005E6D04">
              <w:rPr>
                <w:color w:val="666666"/>
                <w:sz w:val="19"/>
              </w:rPr>
              <w:br/>
              <w:t>czytelny podpis pełnoletniego Uczestnika / rodzica / opiekuna prawnego</w:t>
            </w:r>
          </w:p>
        </w:tc>
      </w:tr>
    </w:tbl>
    <w:p w14:paraId="259ECCB5" w14:textId="77777777" w:rsidR="001B66C0" w:rsidRPr="005E6D04" w:rsidRDefault="001B66C0"/>
    <w:sectPr w:rsidR="001B66C0" w:rsidRPr="005E6D04" w:rsidSect="00034616">
      <w:footerReference w:type="default" r:id="rId8"/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11A9C" w14:textId="77777777" w:rsidR="001B66C0" w:rsidRDefault="001B66C0">
      <w:r>
        <w:separator/>
      </w:r>
    </w:p>
  </w:endnote>
  <w:endnote w:type="continuationSeparator" w:id="0">
    <w:p w14:paraId="77AA00F6" w14:textId="77777777" w:rsidR="001B66C0" w:rsidRDefault="001B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26CA" w14:textId="2AFFB760" w:rsidR="008E2B5C" w:rsidRDefault="00000000" w:rsidP="005E6D04">
    <w:pPr>
      <w:pStyle w:val="Stopka"/>
      <w:jc w:val="right"/>
    </w:pPr>
    <w:r>
      <w:rPr>
        <w:color w:val="666666"/>
        <w:sz w:val="16"/>
      </w:rPr>
      <w:t xml:space="preserve">strona </w:t>
    </w:r>
    <w:r>
      <w:fldChar w:fldCharType="begin"/>
    </w:r>
    <w:r>
      <w:instrText>PAGE</w:instrText>
    </w:r>
    <w:r w:rsidR="005E6D04">
      <w:fldChar w:fldCharType="separate"/>
    </w:r>
    <w:r w:rsidR="005E6D04">
      <w:rPr>
        <w:noProof/>
      </w:rPr>
      <w:t>1</w:t>
    </w:r>
    <w:r>
      <w:fldChar w:fldCharType="end"/>
    </w:r>
    <w:r>
      <w:rPr>
        <w:color w:val="666666"/>
        <w:sz w:val="16"/>
      </w:rPr>
      <w:t xml:space="preserve"> z </w:t>
    </w:r>
    <w:r>
      <w:fldChar w:fldCharType="begin"/>
    </w:r>
    <w:r>
      <w:instrText>NUMPAGES</w:instrText>
    </w:r>
    <w:r w:rsidR="005E6D04">
      <w:fldChar w:fldCharType="separate"/>
    </w:r>
    <w:r w:rsidR="005E6D0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EAA48" w14:textId="77777777" w:rsidR="001B66C0" w:rsidRDefault="001B66C0">
      <w:r>
        <w:separator/>
      </w:r>
    </w:p>
  </w:footnote>
  <w:footnote w:type="continuationSeparator" w:id="0">
    <w:p w14:paraId="5FFEC7CB" w14:textId="77777777" w:rsidR="001B66C0" w:rsidRDefault="001B66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DD51CB"/>
    <w:multiLevelType w:val="multilevel"/>
    <w:tmpl w:val="2E84FDF6"/>
    <w:lvl w:ilvl="0">
      <w:start w:val="1"/>
      <w:numFmt w:val="decimal"/>
      <w:pStyle w:val="tekest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2954007"/>
    <w:multiLevelType w:val="multilevel"/>
    <w:tmpl w:val="492C6E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977953631">
    <w:abstractNumId w:val="8"/>
  </w:num>
  <w:num w:numId="2" w16cid:durableId="1535649882">
    <w:abstractNumId w:val="6"/>
  </w:num>
  <w:num w:numId="3" w16cid:durableId="1287390416">
    <w:abstractNumId w:val="5"/>
  </w:num>
  <w:num w:numId="4" w16cid:durableId="1849246187">
    <w:abstractNumId w:val="4"/>
  </w:num>
  <w:num w:numId="5" w16cid:durableId="1958371905">
    <w:abstractNumId w:val="7"/>
  </w:num>
  <w:num w:numId="6" w16cid:durableId="685787454">
    <w:abstractNumId w:val="3"/>
  </w:num>
  <w:num w:numId="7" w16cid:durableId="2077898472">
    <w:abstractNumId w:val="2"/>
  </w:num>
  <w:num w:numId="8" w16cid:durableId="496575616">
    <w:abstractNumId w:val="1"/>
  </w:num>
  <w:num w:numId="9" w16cid:durableId="1892767510">
    <w:abstractNumId w:val="0"/>
  </w:num>
  <w:num w:numId="10" w16cid:durableId="1677079266">
    <w:abstractNumId w:val="10"/>
  </w:num>
  <w:num w:numId="11" w16cid:durableId="1311179586">
    <w:abstractNumId w:val="10"/>
  </w:num>
  <w:num w:numId="12" w16cid:durableId="607809256">
    <w:abstractNumId w:val="10"/>
  </w:num>
  <w:num w:numId="13" w16cid:durableId="4615794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66C0"/>
    <w:rsid w:val="0029639D"/>
    <w:rsid w:val="00326F90"/>
    <w:rsid w:val="003E5743"/>
    <w:rsid w:val="00587DD8"/>
    <w:rsid w:val="005E6D04"/>
    <w:rsid w:val="008E2B5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87F010"/>
  <w14:defaultImageDpi w14:val="300"/>
  <w15:docId w15:val="{55AE197D-F238-4F53-B49C-32EB05409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6D04"/>
    <w:pPr>
      <w:suppressAutoHyphens/>
      <w:spacing w:after="0" w:line="240" w:lineRule="auto"/>
    </w:pPr>
    <w:rPr>
      <w:rFonts w:ascii="Arial" w:eastAsiaTheme="minorHAnsi" w:hAnsi="Arial" w:cs="Arial"/>
      <w:kern w:val="2"/>
      <w:sz w:val="24"/>
      <w:szCs w:val="24"/>
      <w:lang w:val="pl-PL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6D04"/>
    <w:pPr>
      <w:keepNext/>
      <w:keepLines/>
      <w:pBdr>
        <w:bottom w:val="single" w:sz="4" w:space="1" w:color="auto"/>
      </w:pBdr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E6D04"/>
    <w:pPr>
      <w:keepNext/>
      <w:keepLines/>
      <w:numPr>
        <w:ilvl w:val="1"/>
        <w:numId w:val="12"/>
      </w:numPr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E6D04"/>
    <w:pPr>
      <w:keepNext/>
      <w:keepLines/>
      <w:numPr>
        <w:ilvl w:val="2"/>
        <w:numId w:val="12"/>
      </w:numPr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6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6D0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6D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6D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6D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6D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  <w:rsid w:val="005E6D04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5E6D04"/>
  </w:style>
  <w:style w:type="paragraph" w:styleId="Nagwek">
    <w:name w:val="header"/>
    <w:basedOn w:val="Normalny"/>
    <w:link w:val="NagwekZnak"/>
    <w:uiPriority w:val="99"/>
    <w:unhideWhenUsed/>
    <w:rsid w:val="005E6D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6D04"/>
    <w:rPr>
      <w:rFonts w:ascii="Arial" w:eastAsiaTheme="minorHAnsi" w:hAnsi="Arial" w:cs="Arial"/>
      <w:kern w:val="2"/>
      <w:sz w:val="24"/>
      <w:szCs w:val="24"/>
      <w:lang w:val="pl-PL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5E6D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6D04"/>
    <w:rPr>
      <w:rFonts w:ascii="Arial" w:eastAsiaTheme="minorHAnsi" w:hAnsi="Arial" w:cs="Arial"/>
      <w:kern w:val="2"/>
      <w:sz w:val="24"/>
      <w:szCs w:val="24"/>
      <w:lang w:val="pl-PL"/>
      <w14:ligatures w14:val="standardContextual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5E6D04"/>
    <w:rPr>
      <w:rFonts w:ascii="Arial" w:eastAsiaTheme="majorEastAsia" w:hAnsi="Arial" w:cstheme="majorBidi"/>
      <w:kern w:val="2"/>
      <w:sz w:val="40"/>
      <w:szCs w:val="40"/>
      <w:lang w:val="pl-PL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5E6D04"/>
    <w:rPr>
      <w:rFonts w:ascii="Arial" w:eastAsiaTheme="majorEastAsia" w:hAnsi="Arial" w:cstheme="majorBidi"/>
      <w:kern w:val="2"/>
      <w:sz w:val="32"/>
      <w:szCs w:val="32"/>
      <w:lang w:val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5E6D04"/>
    <w:rPr>
      <w:rFonts w:ascii="Arial" w:eastAsiaTheme="majorEastAsia" w:hAnsi="Arial" w:cstheme="majorBidi"/>
      <w:kern w:val="2"/>
      <w:sz w:val="28"/>
      <w:szCs w:val="28"/>
      <w:lang w:val="pl-PL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5E6D04"/>
    <w:pPr>
      <w:spacing w:after="80"/>
      <w:contextualSpacing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6D04"/>
    <w:rPr>
      <w:rFonts w:ascii="Arial" w:eastAsiaTheme="majorEastAsia" w:hAnsi="Arial" w:cstheme="majorBidi"/>
      <w:b/>
      <w:spacing w:val="-10"/>
      <w:kern w:val="28"/>
      <w:sz w:val="44"/>
      <w:szCs w:val="56"/>
      <w:lang w:val="pl-PL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6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6D04"/>
    <w:rPr>
      <w:rFonts w:ascii="Arial" w:eastAsiaTheme="majorEastAsia" w:hAnsi="Arial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paragraph" w:styleId="Akapitzlist">
    <w:name w:val="List Paragraph"/>
    <w:basedOn w:val="Normalny"/>
    <w:uiPriority w:val="34"/>
    <w:qFormat/>
    <w:rsid w:val="005E6D04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5E6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6D04"/>
    <w:rPr>
      <w:rFonts w:ascii="Arial" w:eastAsiaTheme="minorHAnsi" w:hAnsi="Arial" w:cs="Arial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6D04"/>
    <w:rPr>
      <w:rFonts w:ascii="Arial" w:eastAsiaTheme="majorEastAsia" w:hAnsi="Arial" w:cstheme="majorBidi"/>
      <w:i/>
      <w:iCs/>
      <w:color w:val="365F9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6D04"/>
    <w:rPr>
      <w:rFonts w:ascii="Arial" w:eastAsiaTheme="majorEastAsia" w:hAnsi="Arial" w:cstheme="majorBidi"/>
      <w:color w:val="365F9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6D04"/>
    <w:rPr>
      <w:rFonts w:ascii="Arial" w:eastAsiaTheme="majorEastAsia" w:hAnsi="Arial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6D04"/>
    <w:rPr>
      <w:rFonts w:ascii="Arial" w:eastAsiaTheme="majorEastAsia" w:hAnsi="Arial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6D04"/>
    <w:rPr>
      <w:rFonts w:ascii="Arial" w:eastAsiaTheme="majorEastAsia" w:hAnsi="Arial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6D04"/>
    <w:rPr>
      <w:rFonts w:ascii="Arial" w:eastAsiaTheme="majorEastAsia" w:hAnsi="Arial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6D0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6D04"/>
    <w:rPr>
      <w:rFonts w:ascii="Arial" w:eastAsiaTheme="minorHAnsi" w:hAnsi="Arial" w:cs="Arial"/>
      <w:i/>
      <w:iCs/>
      <w:color w:val="365F91" w:themeColor="accent1" w:themeShade="BF"/>
      <w:kern w:val="2"/>
      <w:sz w:val="24"/>
      <w:szCs w:val="24"/>
      <w:lang w:val="pl-PL"/>
      <w14:ligatures w14:val="standardContextual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5E6D04"/>
    <w:rPr>
      <w:i/>
      <w:iCs/>
      <w:color w:val="365F91" w:themeColor="accent1" w:themeShade="BF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5E6D04"/>
    <w:rPr>
      <w:b/>
      <w:bCs/>
      <w:smallCaps/>
      <w:color w:val="365F91" w:themeColor="accent1" w:themeShade="BF"/>
      <w:spacing w:val="5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rial" w:hAnsi="Arial"/>
      <w:color w:val="666666"/>
      <w:sz w:val="18"/>
    </w:rPr>
  </w:style>
  <w:style w:type="paragraph" w:customStyle="1" w:styleId="tekest">
    <w:name w:val="tekest"/>
    <w:basedOn w:val="Normalny"/>
    <w:link w:val="tekestZnak"/>
    <w:qFormat/>
    <w:rsid w:val="005E6D04"/>
    <w:pPr>
      <w:numPr>
        <w:numId w:val="13"/>
      </w:numPr>
      <w:spacing w:line="276" w:lineRule="auto"/>
      <w:contextualSpacing/>
      <w:jc w:val="both"/>
    </w:pPr>
    <w:rPr>
      <w:rFonts w:ascii="Cambria" w:eastAsiaTheme="minorEastAsia" w:hAnsi="Cambria" w:cstheme="minorHAnsi"/>
    </w:rPr>
  </w:style>
  <w:style w:type="character" w:customStyle="1" w:styleId="tekestZnak">
    <w:name w:val="tekest Znak"/>
    <w:basedOn w:val="Domylnaczcionkaakapitu"/>
    <w:link w:val="tekest"/>
    <w:qFormat/>
    <w:rsid w:val="005E6D04"/>
    <w:rPr>
      <w:rFonts w:ascii="Cambria" w:hAnsi="Cambria" w:cstheme="minorHAnsi"/>
      <w:kern w:val="2"/>
      <w:sz w:val="24"/>
      <w:szCs w:val="24"/>
      <w:lang w:val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ek\AppData\Roaming\Microsoft\Templates\DOKUMENT%20REFERENCYJNY%20DOTX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 REFERENCYJNY DOTX.dotx</Template>
  <TotalTime>8</TotalTime>
  <Pages>2</Pages>
  <Words>746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Tomasz Wadas</cp:lastModifiedBy>
  <cp:revision>3</cp:revision>
  <dcterms:created xsi:type="dcterms:W3CDTF">2013-12-23T23:15:00Z</dcterms:created>
  <dcterms:modified xsi:type="dcterms:W3CDTF">2026-08-31T12:54:00Z</dcterms:modified>
  <cp:category/>
</cp:coreProperties>
</file>